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/>
      </w:pPr>
      <w:r>
        <w:rPr>
          <w:rFonts w:ascii="Caladea" w:hAnsi="Caladea"/>
          <w:color w:val="575D63"/>
          <w:sz w:val="19"/>
        </w:rPr>
        <w:t>[Cidade], [dia] de [mês] de [ano]</w:t>
      </w:r>
    </w:p>
    <w:p>
      <w:pPr>
        <w:spacing w:after="360" w:before="0"/>
      </w:pPr>
      <w:r>
        <w:rPr>
          <w:rFonts w:ascii="Caladea" w:hAnsi="Caladea"/>
          <w:color w:val="1F1F1F"/>
          <w:sz w:val="21"/>
        </w:rPr>
        <w:t>[Nome do destinatário]</w:t>
        <w:br/>
        <w:t>[Empresa]</w:t>
      </w:r>
    </w:p>
    <w:p>
      <w:pPr>
        <w:spacing w:after="240" w:before="0"/>
      </w:pPr>
      <w:r>
        <w:rPr>
          <w:rFonts w:ascii="Caladea Medium" w:hAnsi="Caladea Medium"/>
          <w:color w:val="1F1F1F"/>
          <w:sz w:val="30"/>
        </w:rPr>
        <w:t>Assunto da carta em uma linha</w:t>
      </w:r>
    </w:p>
    <w:p>
      <w:pPr>
        <w:spacing w:after="160" w:before="0"/>
      </w:pPr>
      <w:r>
        <w:rPr>
          <w:rFonts w:ascii="Caladea" w:hAnsi="Caladea"/>
          <w:color w:val="1F1F1F"/>
          <w:sz w:val="21"/>
        </w:rPr>
        <w:t>Texto em Caladea 10,5 pt. Use este papel para cartas, propostas curtas, declarações e comunicados. Troque este parágrafo pelo seu texto e mantenha o cabeçalho e o rodapé. Comece pelo objetivo de quem lê e termine com o próximo passo, dizendo quem cuida dele.</w:t>
      </w:r>
    </w:p>
    <w:p>
      <w:pPr>
        <w:spacing w:after="160" w:before="0"/>
      </w:pPr>
      <w:r>
        <w:rPr>
          <w:rFonts w:ascii="Caladea" w:hAnsi="Caladea"/>
          <w:color w:val="1F1F1F"/>
          <w:sz w:val="21"/>
        </w:rPr>
        <w:t>Segundo parágrafo, se precisar. Dados que ainda não estão confirmados ficam entre colchetes até alguém preencher.</w:t>
      </w:r>
    </w:p>
    <w:p>
      <w:pPr>
        <w:spacing w:after="600" w:before="120"/>
      </w:pPr>
      <w:r>
        <w:rPr>
          <w:rFonts w:ascii="Caladea" w:hAnsi="Caladea"/>
          <w:color w:val="1F1F1F"/>
          <w:sz w:val="21"/>
        </w:rPr>
        <w:t>Atenciosamente,</w:t>
      </w:r>
    </w:p>
    <w:p>
      <w:pPr>
        <w:spacing w:after="0" w:before="0"/>
      </w:pPr>
      <w:r>
        <w:rPr>
          <w:rFonts w:ascii="Caladea Medium" w:hAnsi="Caladea Medium"/>
          <w:color w:val="1F1F1F"/>
          <w:sz w:val="21"/>
        </w:rPr>
        <w:t>[Nome Sobrenome]</w:t>
      </w:r>
    </w:p>
    <w:p>
      <w:pPr>
        <w:spacing w:after="0" w:before="0"/>
      </w:pPr>
      <w:r>
        <w:rPr>
          <w:rFonts w:ascii="Caladea" w:hAnsi="Caladea"/>
          <w:color w:val="575D63"/>
          <w:sz w:val="19"/>
        </w:rPr>
        <w:t>[Cargo] · Tec Capital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154" w:right="1247" w:bottom="1928" w:left="1247" w:header="79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r>
      <w:rPr>
        <w:color w:val="575D63"/>
        <w:sz w:val="15"/>
      </w:rPr>
      <w:t>Tec Capital · Razão social: Tec Capital Tecnologia da Informação Ltda · CNPJ: 33.866.215/0001-49 · Endereço: Brasília, DF (endereço completo a confirmar)</w:t>
    </w:r>
  </w:p>
  <w:p>
    <w:pPr>
      <w:spacing w:after="80"/>
    </w:pPr>
    <w:r>
      <w:rPr>
        <w:color w:val="1A4E89"/>
        <w:sz w:val="15"/>
      </w:rPr>
      <w:t>contato@tec.capital · +55 61 99882-9535 · tec.capital</w:t>
    </w:r>
  </w:p>
  <w:p>
    <w:r>
      <w:drawing>
        <wp:inline xmlns:a="http://schemas.openxmlformats.org/drawingml/2006/main" xmlns:pic="http://schemas.openxmlformats.org/drawingml/2006/picture">
          <wp:extent cx="5976000" cy="47210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g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472104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139341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c-Capital_Logo_Horizontal_Positive_RGB_v1.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9341" cy="32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Caladea" w:hAnsi="Caladea" w:cs="Caladea" w:eastAsia="Caladea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· Tec Capital</dc:title>
  <dc:subject>Modelo A4 do kit da marca v1.0</dc:subject>
  <dc:creator>Tec Capital</dc:creator>
  <cp:keywords/>
  <dc:description>Fontes: Caladea e Azonix (kit do ecossistema, 05_TYPOGRAPHY). Sem elas, o Word usa Century Gothic ou Arial.</dc:description>
  <cp:lastModifiedBy>Tec Capital</cp:lastModifiedBy>
  <cp:revision>1</cp:revision>
  <dcterms:created xsi:type="dcterms:W3CDTF">2026-11-01T12:00:00Z</dcterms:created>
  <dcterms:modified xsi:type="dcterms:W3CDTF">2026-11-01T12:00:00Z</dcterms:modified>
  <cp:category/>
</cp:coreProperties>
</file>